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B42D2" w:rsidRDefault="00000000">
      <w:pPr>
        <w:spacing w:after="40"/>
        <w:jc w:val="center"/>
      </w:pPr>
      <w:r>
        <w:rPr>
          <w:noProof/>
        </w:rPr>
        <w:drawing>
          <wp:inline distT="0" distB="0" distL="0" distR="0">
            <wp:extent cx="5303520" cy="145997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RPEGE DEF 2026-2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1459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42D2" w:rsidRPr="00787FE1" w:rsidRDefault="00000000">
      <w:pPr>
        <w:spacing w:after="0"/>
        <w:jc w:val="center"/>
        <w:rPr>
          <w:lang w:val="fr-FR"/>
        </w:rPr>
      </w:pPr>
      <w:r w:rsidRPr="00787FE1">
        <w:rPr>
          <w:b/>
          <w:color w:val="A10B68"/>
          <w:sz w:val="34"/>
          <w:lang w:val="fr-FR"/>
        </w:rPr>
        <w:t>FORMULAIRE DE CANDIDATURE</w:t>
      </w:r>
    </w:p>
    <w:p w:rsidR="009B42D2" w:rsidRPr="00787FE1" w:rsidRDefault="00000000">
      <w:pPr>
        <w:spacing w:after="120"/>
        <w:jc w:val="center"/>
        <w:rPr>
          <w:lang w:val="fr-FR"/>
        </w:rPr>
      </w:pPr>
      <w:r w:rsidRPr="00787FE1">
        <w:rPr>
          <w:b/>
          <w:sz w:val="25"/>
          <w:lang w:val="fr-FR"/>
        </w:rPr>
        <w:t>Laboratoire junior ARPEGE — Appel à projets 2026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512"/>
      </w:tblGrid>
      <w:tr w:rsidR="009B42D2">
        <w:tc>
          <w:tcPr>
            <w:tcW w:w="10512" w:type="dxa"/>
            <w:shd w:val="clear" w:color="auto" w:fill="F5E7F0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9B42D2" w:rsidRDefault="00000000">
            <w:pPr>
              <w:spacing w:after="0"/>
            </w:pPr>
            <w:r w:rsidRPr="00787FE1">
              <w:rPr>
                <w:b/>
                <w:color w:val="A10B68"/>
                <w:lang w:val="fr-FR"/>
              </w:rPr>
              <w:t xml:space="preserve">Ce formulaire présente le collectif, son organisation et son projet scientifique. </w:t>
            </w:r>
            <w:r>
              <w:t xml:space="preserve">Le </w:t>
            </w:r>
            <w:proofErr w:type="spellStart"/>
            <w:r>
              <w:t>descriptif</w:t>
            </w:r>
            <w:proofErr w:type="spellEnd"/>
            <w:r>
              <w:t xml:space="preserve"> </w:t>
            </w:r>
            <w:proofErr w:type="spellStart"/>
            <w:r>
              <w:t>scientifique</w:t>
            </w:r>
            <w:proofErr w:type="spellEnd"/>
            <w:r>
              <w:t xml:space="preserve"> </w:t>
            </w:r>
            <w:proofErr w:type="spellStart"/>
            <w:r>
              <w:t>est</w:t>
            </w:r>
            <w:proofErr w:type="spellEnd"/>
            <w:r>
              <w:t xml:space="preserve"> limité à 1 500 mots.</w:t>
            </w:r>
          </w:p>
        </w:tc>
      </w:tr>
    </w:tbl>
    <w:p w:rsidR="009B42D2" w:rsidRDefault="00000000">
      <w:pPr>
        <w:spacing w:before="160" w:after="60"/>
      </w:pPr>
      <w:r>
        <w:rPr>
          <w:b/>
          <w:color w:val="A10B68"/>
          <w:sz w:val="23"/>
        </w:rPr>
        <w:t>1. IDENTIFICATION DU PROJET</w:t>
      </w:r>
    </w:p>
    <w:p w:rsidR="009B42D2" w:rsidRDefault="00000000">
      <w:pPr>
        <w:spacing w:after="20"/>
      </w:pPr>
      <w:r>
        <w:rPr>
          <w:b/>
        </w:rPr>
        <w:t>Titre complet du projet :</w:t>
      </w:r>
    </w:p>
    <w:p w:rsidR="009B42D2" w:rsidRDefault="00000000">
      <w:pPr>
        <w:spacing w:after="20"/>
      </w:pPr>
      <w:r>
        <w:rPr>
          <w:color w:val="BEBEBE"/>
        </w:rPr>
        <w:t>________________________________________________________________________________</w:t>
      </w:r>
    </w:p>
    <w:p w:rsidR="009B42D2" w:rsidRDefault="00000000">
      <w:pPr>
        <w:spacing w:after="20"/>
      </w:pPr>
      <w:r>
        <w:rPr>
          <w:b/>
        </w:rPr>
        <w:t>Acronyme :</w:t>
      </w:r>
    </w:p>
    <w:p w:rsidR="009B42D2" w:rsidRDefault="00000000">
      <w:pPr>
        <w:spacing w:after="20"/>
      </w:pPr>
      <w:r>
        <w:rPr>
          <w:color w:val="BEBEBE"/>
        </w:rPr>
        <w:t>________________________________________________________________________________</w:t>
      </w:r>
    </w:p>
    <w:p w:rsidR="009B42D2" w:rsidRDefault="00000000">
      <w:pPr>
        <w:spacing w:after="20"/>
      </w:pPr>
      <w:r>
        <w:rPr>
          <w:b/>
        </w:rPr>
        <w:t>Porteur·se principal·e :</w:t>
      </w:r>
    </w:p>
    <w:p w:rsidR="009B42D2" w:rsidRDefault="00000000">
      <w:pPr>
        <w:spacing w:after="20"/>
      </w:pPr>
      <w:r>
        <w:rPr>
          <w:color w:val="BEBEBE"/>
        </w:rPr>
        <w:t>________________________________________________________________________________</w:t>
      </w:r>
    </w:p>
    <w:p w:rsidR="009B42D2" w:rsidRPr="00787FE1" w:rsidRDefault="00000000">
      <w:pPr>
        <w:spacing w:after="20"/>
        <w:rPr>
          <w:lang w:val="fr-FR"/>
        </w:rPr>
      </w:pPr>
      <w:proofErr w:type="spellStart"/>
      <w:r w:rsidRPr="00787FE1">
        <w:rPr>
          <w:b/>
          <w:lang w:val="fr-FR"/>
        </w:rPr>
        <w:t>Co-porteur·se</w:t>
      </w:r>
      <w:proofErr w:type="spellEnd"/>
      <w:r w:rsidRPr="00787FE1">
        <w:rPr>
          <w:b/>
          <w:lang w:val="fr-FR"/>
        </w:rPr>
        <w:t>(s), le cas échéant :</w:t>
      </w:r>
    </w:p>
    <w:p w:rsidR="009B42D2" w:rsidRPr="00787FE1" w:rsidRDefault="00000000">
      <w:pPr>
        <w:spacing w:after="20"/>
        <w:rPr>
          <w:lang w:val="fr-FR"/>
        </w:rPr>
      </w:pPr>
      <w:r w:rsidRPr="00787FE1">
        <w:rPr>
          <w:color w:val="BEBEBE"/>
          <w:lang w:val="fr-FR"/>
        </w:rPr>
        <w:t>________________________________________________________________________________</w:t>
      </w:r>
    </w:p>
    <w:p w:rsidR="009B42D2" w:rsidRPr="00787FE1" w:rsidRDefault="00000000">
      <w:pPr>
        <w:spacing w:before="160" w:after="60"/>
        <w:rPr>
          <w:lang w:val="fr-FR"/>
        </w:rPr>
      </w:pPr>
      <w:r w:rsidRPr="00787FE1">
        <w:rPr>
          <w:b/>
          <w:color w:val="A10B68"/>
          <w:sz w:val="23"/>
          <w:lang w:val="fr-FR"/>
        </w:rPr>
        <w:t>2. COMPOSITION DU LABORATOIRE JUNIOR</w:t>
      </w:r>
    </w:p>
    <w:p w:rsidR="009B42D2" w:rsidRPr="00787FE1" w:rsidRDefault="00000000">
      <w:pPr>
        <w:spacing w:after="80"/>
        <w:rPr>
          <w:lang w:val="fr-FR"/>
        </w:rPr>
      </w:pPr>
      <w:r w:rsidRPr="00787FE1">
        <w:rPr>
          <w:sz w:val="18"/>
          <w:lang w:val="fr-FR"/>
        </w:rPr>
        <w:t xml:space="preserve">Indiquer l’ensemble des membres et identifier le ou les </w:t>
      </w:r>
      <w:proofErr w:type="spellStart"/>
      <w:r w:rsidRPr="00787FE1">
        <w:rPr>
          <w:sz w:val="18"/>
          <w:lang w:val="fr-FR"/>
        </w:rPr>
        <w:t>porteur·ses</w:t>
      </w:r>
      <w:proofErr w:type="spellEnd"/>
      <w:r w:rsidRPr="00787FE1">
        <w:rPr>
          <w:sz w:val="18"/>
          <w:lang w:val="fr-FR"/>
        </w:rPr>
        <w:t xml:space="preserve">. Le collectif doit comprendre au moins six membres ; au moins la moitié doivent être </w:t>
      </w:r>
      <w:proofErr w:type="spellStart"/>
      <w:r w:rsidRPr="00787FE1">
        <w:rPr>
          <w:sz w:val="18"/>
          <w:lang w:val="fr-FR"/>
        </w:rPr>
        <w:t>doctorant·es</w:t>
      </w:r>
      <w:proofErr w:type="spellEnd"/>
      <w:r w:rsidRPr="00787FE1">
        <w:rPr>
          <w:sz w:val="18"/>
          <w:lang w:val="fr-FR"/>
        </w:rPr>
        <w:t xml:space="preserve"> ou </w:t>
      </w:r>
      <w:proofErr w:type="spellStart"/>
      <w:r w:rsidRPr="00787FE1">
        <w:rPr>
          <w:sz w:val="18"/>
          <w:lang w:val="fr-FR"/>
        </w:rPr>
        <w:t>postdoctorant·es</w:t>
      </w:r>
      <w:proofErr w:type="spellEnd"/>
      <w:r w:rsidRPr="00787FE1">
        <w:rPr>
          <w:sz w:val="18"/>
          <w:lang w:val="fr-FR"/>
        </w:rPr>
        <w:t xml:space="preserve">, et au moins la moitié doivent être </w:t>
      </w:r>
      <w:proofErr w:type="spellStart"/>
      <w:r w:rsidRPr="00787FE1">
        <w:rPr>
          <w:sz w:val="18"/>
          <w:lang w:val="fr-FR"/>
        </w:rPr>
        <w:t>inscrit·es</w:t>
      </w:r>
      <w:proofErr w:type="spellEnd"/>
      <w:r w:rsidRPr="00787FE1">
        <w:rPr>
          <w:sz w:val="18"/>
          <w:lang w:val="fr-FR"/>
        </w:rPr>
        <w:t xml:space="preserve"> ou </w:t>
      </w:r>
      <w:proofErr w:type="spellStart"/>
      <w:r w:rsidRPr="00787FE1">
        <w:rPr>
          <w:sz w:val="18"/>
          <w:lang w:val="fr-FR"/>
        </w:rPr>
        <w:t>rattaché·es</w:t>
      </w:r>
      <w:proofErr w:type="spellEnd"/>
      <w:r w:rsidRPr="00787FE1">
        <w:rPr>
          <w:sz w:val="18"/>
          <w:lang w:val="fr-FR"/>
        </w:rPr>
        <w:t xml:space="preserve"> à l’UT2J ou à un établissement partenaire d’ARPEGE.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500"/>
        <w:gridCol w:w="1500"/>
        <w:gridCol w:w="1500"/>
        <w:gridCol w:w="1500"/>
        <w:gridCol w:w="1500"/>
        <w:gridCol w:w="1501"/>
        <w:gridCol w:w="1501"/>
      </w:tblGrid>
      <w:tr w:rsidR="009B42D2">
        <w:trPr>
          <w:tblHeader/>
          <w:jc w:val="center"/>
        </w:trPr>
        <w:tc>
          <w:tcPr>
            <w:tcW w:w="1502" w:type="dxa"/>
            <w:shd w:val="clear" w:color="auto" w:fill="A10B68"/>
            <w:tcMar>
              <w:top w:w="50" w:type="dxa"/>
              <w:left w:w="35" w:type="dxa"/>
              <w:bottom w:w="50" w:type="dxa"/>
              <w:right w:w="35" w:type="dxa"/>
            </w:tcMar>
            <w:vAlign w:val="center"/>
          </w:tcPr>
          <w:p w:rsidR="009B42D2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Nom</w:t>
            </w:r>
          </w:p>
        </w:tc>
        <w:tc>
          <w:tcPr>
            <w:tcW w:w="1502" w:type="dxa"/>
            <w:shd w:val="clear" w:color="auto" w:fill="A10B68"/>
            <w:tcMar>
              <w:top w:w="50" w:type="dxa"/>
              <w:left w:w="35" w:type="dxa"/>
              <w:bottom w:w="50" w:type="dxa"/>
              <w:right w:w="35" w:type="dxa"/>
            </w:tcMar>
            <w:vAlign w:val="center"/>
          </w:tcPr>
          <w:p w:rsidR="009B42D2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Prénom</w:t>
            </w:r>
          </w:p>
        </w:tc>
        <w:tc>
          <w:tcPr>
            <w:tcW w:w="1502" w:type="dxa"/>
            <w:shd w:val="clear" w:color="auto" w:fill="A10B68"/>
            <w:tcMar>
              <w:top w:w="50" w:type="dxa"/>
              <w:left w:w="35" w:type="dxa"/>
              <w:bottom w:w="50" w:type="dxa"/>
              <w:right w:w="35" w:type="dxa"/>
            </w:tcMar>
            <w:vAlign w:val="center"/>
          </w:tcPr>
          <w:p w:rsidR="009B42D2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Rôle</w:t>
            </w:r>
            <w:r>
              <w:rPr>
                <w:b/>
                <w:color w:val="FFFFFF"/>
                <w:sz w:val="14"/>
              </w:rPr>
              <w:br/>
              <w:t>(porteur·se /</w:t>
            </w:r>
            <w:r>
              <w:rPr>
                <w:b/>
                <w:color w:val="FFFFFF"/>
                <w:sz w:val="14"/>
              </w:rPr>
              <w:br/>
              <w:t>membre)</w:t>
            </w:r>
          </w:p>
        </w:tc>
        <w:tc>
          <w:tcPr>
            <w:tcW w:w="1502" w:type="dxa"/>
            <w:shd w:val="clear" w:color="auto" w:fill="A10B68"/>
            <w:tcMar>
              <w:top w:w="50" w:type="dxa"/>
              <w:left w:w="35" w:type="dxa"/>
              <w:bottom w:w="50" w:type="dxa"/>
              <w:right w:w="35" w:type="dxa"/>
            </w:tcMar>
            <w:vAlign w:val="center"/>
          </w:tcPr>
          <w:p w:rsidR="009B42D2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Statut</w:t>
            </w:r>
            <w:r>
              <w:rPr>
                <w:b/>
                <w:color w:val="FFFFFF"/>
                <w:sz w:val="14"/>
              </w:rPr>
              <w:br/>
              <w:t>(doctorat /</w:t>
            </w:r>
            <w:r>
              <w:rPr>
                <w:b/>
                <w:color w:val="FFFFFF"/>
                <w:sz w:val="14"/>
              </w:rPr>
              <w:br/>
              <w:t>postdoc /</w:t>
            </w:r>
            <w:r>
              <w:rPr>
                <w:b/>
                <w:color w:val="FFFFFF"/>
                <w:sz w:val="14"/>
              </w:rPr>
              <w:br/>
              <w:t>master)</w:t>
            </w:r>
          </w:p>
        </w:tc>
        <w:tc>
          <w:tcPr>
            <w:tcW w:w="1502" w:type="dxa"/>
            <w:shd w:val="clear" w:color="auto" w:fill="A10B68"/>
            <w:tcMar>
              <w:top w:w="50" w:type="dxa"/>
              <w:left w:w="35" w:type="dxa"/>
              <w:bottom w:w="50" w:type="dxa"/>
              <w:right w:w="35" w:type="dxa"/>
            </w:tcMar>
            <w:vAlign w:val="center"/>
          </w:tcPr>
          <w:p w:rsidR="009B42D2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Discipline</w:t>
            </w:r>
          </w:p>
        </w:tc>
        <w:tc>
          <w:tcPr>
            <w:tcW w:w="1502" w:type="dxa"/>
            <w:shd w:val="clear" w:color="auto" w:fill="A10B68"/>
            <w:tcMar>
              <w:top w:w="50" w:type="dxa"/>
              <w:left w:w="35" w:type="dxa"/>
              <w:bottom w:w="50" w:type="dxa"/>
              <w:right w:w="35" w:type="dxa"/>
            </w:tcMar>
            <w:vAlign w:val="center"/>
          </w:tcPr>
          <w:p w:rsidR="009B42D2" w:rsidRPr="00787FE1" w:rsidRDefault="00000000">
            <w:pPr>
              <w:jc w:val="center"/>
              <w:rPr>
                <w:lang w:val="fr-FR"/>
              </w:rPr>
            </w:pPr>
            <w:r w:rsidRPr="00787FE1">
              <w:rPr>
                <w:b/>
                <w:color w:val="FFFFFF"/>
                <w:sz w:val="14"/>
                <w:lang w:val="fr-FR"/>
              </w:rPr>
              <w:t>Laboratoire / unité</w:t>
            </w:r>
            <w:r w:rsidRPr="00787FE1">
              <w:rPr>
                <w:b/>
                <w:color w:val="FFFFFF"/>
                <w:sz w:val="14"/>
                <w:lang w:val="fr-FR"/>
              </w:rPr>
              <w:br/>
              <w:t>de recherche ou</w:t>
            </w:r>
            <w:r w:rsidRPr="00787FE1">
              <w:rPr>
                <w:b/>
                <w:color w:val="FFFFFF"/>
                <w:sz w:val="14"/>
                <w:lang w:val="fr-FR"/>
              </w:rPr>
              <w:br/>
              <w:t>master</w:t>
            </w:r>
          </w:p>
        </w:tc>
        <w:tc>
          <w:tcPr>
            <w:tcW w:w="1502" w:type="dxa"/>
            <w:shd w:val="clear" w:color="auto" w:fill="A10B68"/>
            <w:tcMar>
              <w:top w:w="50" w:type="dxa"/>
              <w:left w:w="35" w:type="dxa"/>
              <w:bottom w:w="50" w:type="dxa"/>
              <w:right w:w="35" w:type="dxa"/>
            </w:tcMar>
            <w:vAlign w:val="center"/>
          </w:tcPr>
          <w:p w:rsidR="009B42D2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4"/>
              </w:rPr>
              <w:t>Établissement</w:t>
            </w:r>
            <w:proofErr w:type="spellEnd"/>
          </w:p>
        </w:tc>
      </w:tr>
      <w:tr w:rsidR="009B42D2">
        <w:trPr>
          <w:trHeight w:val="518"/>
          <w:jc w:val="center"/>
        </w:trPr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</w:tr>
      <w:tr w:rsidR="009B42D2">
        <w:trPr>
          <w:trHeight w:val="518"/>
          <w:jc w:val="center"/>
        </w:trPr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</w:tr>
      <w:tr w:rsidR="009B42D2">
        <w:trPr>
          <w:trHeight w:val="518"/>
          <w:jc w:val="center"/>
        </w:trPr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</w:tr>
      <w:tr w:rsidR="009B42D2">
        <w:trPr>
          <w:trHeight w:val="518"/>
          <w:jc w:val="center"/>
        </w:trPr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</w:tr>
      <w:tr w:rsidR="009B42D2">
        <w:trPr>
          <w:trHeight w:val="518"/>
          <w:jc w:val="center"/>
        </w:trPr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</w:tr>
      <w:tr w:rsidR="009B42D2">
        <w:trPr>
          <w:trHeight w:val="518"/>
          <w:jc w:val="center"/>
        </w:trPr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</w:tr>
      <w:tr w:rsidR="009B42D2">
        <w:trPr>
          <w:trHeight w:val="518"/>
          <w:jc w:val="center"/>
        </w:trPr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  <w:tc>
          <w:tcPr>
            <w:tcW w:w="1502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:rsidR="009B42D2" w:rsidRDefault="009B42D2"/>
        </w:tc>
      </w:tr>
    </w:tbl>
    <w:p w:rsidR="009B42D2" w:rsidRPr="00787FE1" w:rsidRDefault="00000000">
      <w:pPr>
        <w:spacing w:after="0"/>
        <w:rPr>
          <w:lang w:val="fr-FR"/>
        </w:rPr>
      </w:pPr>
      <w:r w:rsidRPr="00787FE1">
        <w:rPr>
          <w:i/>
          <w:sz w:val="17"/>
          <w:lang w:val="fr-FR"/>
        </w:rPr>
        <w:t>Ajouter des lignes si nécessaire.</w:t>
      </w:r>
    </w:p>
    <w:p w:rsidR="009B42D2" w:rsidRPr="00787FE1" w:rsidRDefault="00000000">
      <w:pPr>
        <w:spacing w:before="160" w:after="60"/>
        <w:rPr>
          <w:lang w:val="fr-FR"/>
        </w:rPr>
      </w:pPr>
      <w:r w:rsidRPr="00787FE1">
        <w:rPr>
          <w:b/>
          <w:color w:val="A10B68"/>
          <w:sz w:val="23"/>
          <w:lang w:val="fr-FR"/>
        </w:rPr>
        <w:t>3. ORGANISATION DU LABORATOIRE JUNIOR</w:t>
      </w:r>
    </w:p>
    <w:p w:rsidR="009B42D2" w:rsidRPr="00787FE1" w:rsidRDefault="00000000">
      <w:pPr>
        <w:spacing w:after="60"/>
        <w:rPr>
          <w:lang w:val="fr-FR"/>
        </w:rPr>
      </w:pPr>
      <w:r w:rsidRPr="00787FE1">
        <w:rPr>
          <w:b/>
          <w:lang w:val="fr-FR"/>
        </w:rPr>
        <w:t xml:space="preserve">Décrire en 400 mots maximum la manière dont le collectif travaillera concrètement. </w:t>
      </w:r>
      <w:r w:rsidRPr="00787FE1">
        <w:rPr>
          <w:lang w:val="fr-FR"/>
        </w:rPr>
        <w:t xml:space="preserve">Cette rubrique peut préciser les modalités et la fréquence des réunions, la répartition des responsabilités, le calendrier de travail, les formes et la fréquence </w:t>
      </w:r>
      <w:r w:rsidRPr="00787FE1">
        <w:rPr>
          <w:lang w:val="fr-FR"/>
        </w:rPr>
        <w:lastRenderedPageBreak/>
        <w:t>des activités scientifiques envisagées (séminaire, journée d’étude, atelier de lecture ou d’écriture, rencontre, enquête collective, etc.), les publics visés et les éventuels partenariats avec des associations, institutions ou autres collectifs.</w:t>
      </w:r>
    </w:p>
    <w:p w:rsidR="009B42D2" w:rsidRPr="00787FE1" w:rsidRDefault="00000000">
      <w:pPr>
        <w:spacing w:after="20"/>
        <w:rPr>
          <w:lang w:val="fr-FR"/>
        </w:rPr>
      </w:pPr>
      <w:r w:rsidRPr="00787FE1">
        <w:rPr>
          <w:color w:val="BEBEBE"/>
          <w:lang w:val="fr-FR"/>
        </w:rPr>
        <w:t>________________________________________________________________________________</w:t>
      </w:r>
    </w:p>
    <w:p w:rsidR="009B42D2" w:rsidRPr="00787FE1" w:rsidRDefault="00000000">
      <w:pPr>
        <w:spacing w:after="20"/>
        <w:rPr>
          <w:lang w:val="fr-FR"/>
        </w:rPr>
      </w:pPr>
      <w:r w:rsidRPr="00787FE1">
        <w:rPr>
          <w:color w:val="BEBEBE"/>
          <w:lang w:val="fr-FR"/>
        </w:rPr>
        <w:t>________________________________________________________________________________</w:t>
      </w:r>
    </w:p>
    <w:p w:rsidR="009B42D2" w:rsidRPr="00787FE1" w:rsidRDefault="00000000">
      <w:pPr>
        <w:spacing w:after="20"/>
        <w:rPr>
          <w:lang w:val="fr-FR"/>
        </w:rPr>
      </w:pPr>
      <w:r w:rsidRPr="00787FE1">
        <w:rPr>
          <w:color w:val="BEBEBE"/>
          <w:lang w:val="fr-FR"/>
        </w:rPr>
        <w:t>________________________________________________________________________________</w:t>
      </w:r>
    </w:p>
    <w:p w:rsidR="009B42D2" w:rsidRPr="00787FE1" w:rsidRDefault="00000000">
      <w:pPr>
        <w:spacing w:after="20"/>
        <w:rPr>
          <w:lang w:val="fr-FR"/>
        </w:rPr>
      </w:pPr>
      <w:r w:rsidRPr="00787FE1">
        <w:rPr>
          <w:color w:val="BEBEBE"/>
          <w:lang w:val="fr-FR"/>
        </w:rPr>
        <w:t>________________________________________________________________________________</w:t>
      </w:r>
    </w:p>
    <w:p w:rsidR="009B42D2" w:rsidRPr="00787FE1" w:rsidRDefault="00000000">
      <w:pPr>
        <w:spacing w:after="20"/>
        <w:rPr>
          <w:lang w:val="fr-FR"/>
        </w:rPr>
      </w:pPr>
      <w:r w:rsidRPr="00787FE1">
        <w:rPr>
          <w:color w:val="BEBEBE"/>
          <w:lang w:val="fr-FR"/>
        </w:rPr>
        <w:t>________________________________________________________________________________</w:t>
      </w:r>
    </w:p>
    <w:p w:rsidR="009B42D2" w:rsidRPr="00787FE1" w:rsidRDefault="00000000">
      <w:pPr>
        <w:spacing w:after="20"/>
        <w:rPr>
          <w:lang w:val="fr-FR"/>
        </w:rPr>
      </w:pPr>
      <w:r w:rsidRPr="00787FE1">
        <w:rPr>
          <w:color w:val="BEBEBE"/>
          <w:lang w:val="fr-FR"/>
        </w:rPr>
        <w:t>________________________________________________________________________________</w:t>
      </w:r>
    </w:p>
    <w:p w:rsidR="009B42D2" w:rsidRPr="00787FE1" w:rsidRDefault="00000000">
      <w:pPr>
        <w:spacing w:after="20"/>
        <w:rPr>
          <w:lang w:val="fr-FR"/>
        </w:rPr>
      </w:pPr>
      <w:r w:rsidRPr="00787FE1">
        <w:rPr>
          <w:color w:val="BEBEBE"/>
          <w:lang w:val="fr-FR"/>
        </w:rPr>
        <w:t>________________________________________________________________________________</w:t>
      </w:r>
    </w:p>
    <w:p w:rsidR="009B42D2" w:rsidRPr="00787FE1" w:rsidRDefault="00000000">
      <w:pPr>
        <w:spacing w:after="20"/>
        <w:rPr>
          <w:lang w:val="fr-FR"/>
        </w:rPr>
      </w:pPr>
      <w:r w:rsidRPr="00787FE1">
        <w:rPr>
          <w:color w:val="BEBEBE"/>
          <w:lang w:val="fr-FR"/>
        </w:rPr>
        <w:t>________________________________________________________________________________</w:t>
      </w:r>
    </w:p>
    <w:p w:rsidR="009B42D2" w:rsidRPr="00787FE1" w:rsidRDefault="00000000">
      <w:pPr>
        <w:spacing w:before="160" w:after="60"/>
        <w:rPr>
          <w:lang w:val="fr-FR"/>
        </w:rPr>
      </w:pPr>
      <w:r w:rsidRPr="00787FE1">
        <w:rPr>
          <w:b/>
          <w:color w:val="A10B68"/>
          <w:sz w:val="23"/>
          <w:lang w:val="fr-FR"/>
        </w:rPr>
        <w:t>4. PROJET SCIENTIFIQUE — 1 500 MOTS MAXIMUM</w:t>
      </w:r>
    </w:p>
    <w:p w:rsidR="009B42D2" w:rsidRPr="00787FE1" w:rsidRDefault="00000000">
      <w:pPr>
        <w:spacing w:after="60"/>
        <w:rPr>
          <w:lang w:val="fr-FR"/>
        </w:rPr>
      </w:pPr>
      <w:r w:rsidRPr="00787FE1">
        <w:rPr>
          <w:b/>
          <w:lang w:val="fr-FR"/>
        </w:rPr>
        <w:t xml:space="preserve">Le projet doit permettre à un comité extérieur de comprendre rapidement ce que le collectif souhaite étudier, pourquoi cette recherche est pertinente et comment elle sera menée. </w:t>
      </w:r>
      <w:r w:rsidRPr="00787FE1">
        <w:rPr>
          <w:lang w:val="fr-FR"/>
        </w:rPr>
        <w:t>Il n’est pas attendu un projet déjà entièrement stabilisé : le Laboratoire junior est aussi un espace d’apprentissage collectif de la recherche.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512"/>
      </w:tblGrid>
      <w:tr w:rsidR="009B42D2" w:rsidRPr="00787FE1">
        <w:tc>
          <w:tcPr>
            <w:tcW w:w="10512" w:type="dxa"/>
            <w:shd w:val="clear" w:color="auto" w:fill="F1F1F1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9B42D2" w:rsidRPr="00787FE1" w:rsidRDefault="00000000">
            <w:pPr>
              <w:spacing w:after="40"/>
              <w:rPr>
                <w:lang w:val="fr-FR"/>
              </w:rPr>
            </w:pPr>
            <w:r w:rsidRPr="00787FE1">
              <w:rPr>
                <w:b/>
                <w:color w:val="A10B68"/>
                <w:sz w:val="17"/>
                <w:lang w:val="fr-FR"/>
              </w:rPr>
              <w:t xml:space="preserve">Question de recherche et objectifs : </w:t>
            </w:r>
            <w:r w:rsidRPr="00787FE1">
              <w:rPr>
                <w:sz w:val="17"/>
                <w:lang w:val="fr-FR"/>
              </w:rPr>
              <w:t>Formuler une question centrale claire et préciser ce que le projet cherche à comprendre, documenter ou problématiser.</w:t>
            </w:r>
          </w:p>
          <w:p w:rsidR="009B42D2" w:rsidRPr="00787FE1" w:rsidRDefault="00000000">
            <w:pPr>
              <w:spacing w:after="40"/>
              <w:rPr>
                <w:lang w:val="fr-FR"/>
              </w:rPr>
            </w:pPr>
            <w:r w:rsidRPr="00787FE1">
              <w:rPr>
                <w:b/>
                <w:color w:val="A10B68"/>
                <w:sz w:val="17"/>
                <w:lang w:val="fr-FR"/>
              </w:rPr>
              <w:t xml:space="preserve">État de la question et originalité : </w:t>
            </w:r>
            <w:r w:rsidRPr="00787FE1">
              <w:rPr>
                <w:sz w:val="17"/>
                <w:lang w:val="fr-FR"/>
              </w:rPr>
              <w:t>Situer brièvement le projet dans les recherches existantes et indiquer son apport ou son angle propre.</w:t>
            </w:r>
          </w:p>
          <w:p w:rsidR="009B42D2" w:rsidRPr="00787FE1" w:rsidRDefault="00000000">
            <w:pPr>
              <w:spacing w:after="40"/>
              <w:rPr>
                <w:lang w:val="fr-FR"/>
              </w:rPr>
            </w:pPr>
            <w:r w:rsidRPr="00787FE1">
              <w:rPr>
                <w:b/>
                <w:color w:val="A10B68"/>
                <w:sz w:val="17"/>
                <w:lang w:val="fr-FR"/>
              </w:rPr>
              <w:t xml:space="preserve">Interdisciplinarité : </w:t>
            </w:r>
            <w:r w:rsidRPr="00787FE1">
              <w:rPr>
                <w:sz w:val="17"/>
                <w:lang w:val="fr-FR"/>
              </w:rPr>
              <w:t>Identifier les disciplines et approches mobilisées et préciser ce que leur mise en dialogue apporte.</w:t>
            </w:r>
          </w:p>
          <w:p w:rsidR="009B42D2" w:rsidRPr="00787FE1" w:rsidRDefault="00000000">
            <w:pPr>
              <w:spacing w:after="40"/>
              <w:rPr>
                <w:lang w:val="fr-FR"/>
              </w:rPr>
            </w:pPr>
            <w:r w:rsidRPr="00787FE1">
              <w:rPr>
                <w:b/>
                <w:color w:val="A10B68"/>
                <w:sz w:val="17"/>
                <w:lang w:val="fr-FR"/>
              </w:rPr>
              <w:t xml:space="preserve">Corpus, terrains et méthodes : </w:t>
            </w:r>
            <w:r w:rsidRPr="00787FE1">
              <w:rPr>
                <w:sz w:val="17"/>
                <w:lang w:val="fr-FR"/>
              </w:rPr>
              <w:t>Présenter les textes, archives, matériaux, terrains, enquêtes ou méthodes envisagés, même s’ils doivent encore être affinés.</w:t>
            </w:r>
          </w:p>
          <w:p w:rsidR="009B42D2" w:rsidRPr="00787FE1" w:rsidRDefault="00000000">
            <w:pPr>
              <w:spacing w:after="40"/>
              <w:rPr>
                <w:lang w:val="fr-FR"/>
              </w:rPr>
            </w:pPr>
            <w:r w:rsidRPr="00787FE1">
              <w:rPr>
                <w:b/>
                <w:color w:val="A10B68"/>
                <w:sz w:val="17"/>
                <w:lang w:val="fr-FR"/>
              </w:rPr>
              <w:t xml:space="preserve">Résultats et valorisation : </w:t>
            </w:r>
            <w:r w:rsidRPr="00787FE1">
              <w:rPr>
                <w:sz w:val="17"/>
                <w:lang w:val="fr-FR"/>
              </w:rPr>
              <w:t>Indiquer les formes de restitution envisagées : journée d’étude, publication, carnet de recherche, podcast, exposition, ressources pédagogiques, etc.</w:t>
            </w:r>
          </w:p>
        </w:tc>
      </w:tr>
    </w:tbl>
    <w:p w:rsidR="009B42D2" w:rsidRPr="00787FE1" w:rsidRDefault="00000000">
      <w:pPr>
        <w:spacing w:before="80" w:after="20"/>
        <w:rPr>
          <w:lang w:val="fr-FR"/>
        </w:rPr>
      </w:pPr>
      <w:r w:rsidRPr="00787FE1">
        <w:rPr>
          <w:b/>
          <w:lang w:val="fr-FR"/>
        </w:rPr>
        <w:t>Descriptif du projet scientifique :</w:t>
      </w:r>
    </w:p>
    <w:p w:rsidR="009B42D2" w:rsidRPr="00787FE1" w:rsidRDefault="00000000">
      <w:pPr>
        <w:spacing w:after="20"/>
        <w:rPr>
          <w:lang w:val="fr-FR"/>
        </w:rPr>
      </w:pPr>
      <w:r w:rsidRPr="00787FE1">
        <w:rPr>
          <w:color w:val="BEBEBE"/>
          <w:lang w:val="fr-FR"/>
        </w:rPr>
        <w:t>________________________________________________________________________________</w:t>
      </w:r>
    </w:p>
    <w:p w:rsidR="009B42D2" w:rsidRPr="00787FE1" w:rsidRDefault="00000000">
      <w:pPr>
        <w:spacing w:after="20"/>
        <w:rPr>
          <w:lang w:val="fr-FR"/>
        </w:rPr>
      </w:pPr>
      <w:r w:rsidRPr="00787FE1">
        <w:rPr>
          <w:color w:val="BEBEBE"/>
          <w:lang w:val="fr-FR"/>
        </w:rPr>
        <w:t>________________________________________________________________________________</w:t>
      </w:r>
    </w:p>
    <w:p w:rsidR="009B42D2" w:rsidRPr="00787FE1" w:rsidRDefault="00000000">
      <w:pPr>
        <w:spacing w:after="20"/>
        <w:rPr>
          <w:lang w:val="fr-FR"/>
        </w:rPr>
      </w:pPr>
      <w:r w:rsidRPr="00787FE1">
        <w:rPr>
          <w:color w:val="BEBEBE"/>
          <w:lang w:val="fr-FR"/>
        </w:rPr>
        <w:t>________________________________________________________________________________</w:t>
      </w:r>
    </w:p>
    <w:p w:rsidR="009B42D2" w:rsidRPr="00787FE1" w:rsidRDefault="00000000">
      <w:pPr>
        <w:spacing w:after="20"/>
        <w:rPr>
          <w:lang w:val="fr-FR"/>
        </w:rPr>
      </w:pPr>
      <w:r w:rsidRPr="00787FE1">
        <w:rPr>
          <w:color w:val="BEBEBE"/>
          <w:lang w:val="fr-FR"/>
        </w:rPr>
        <w:t>________________________________________________________________________________</w:t>
      </w:r>
    </w:p>
    <w:p w:rsidR="009B42D2" w:rsidRPr="00787FE1" w:rsidRDefault="00000000">
      <w:pPr>
        <w:spacing w:after="20"/>
        <w:rPr>
          <w:lang w:val="fr-FR"/>
        </w:rPr>
      </w:pPr>
      <w:r w:rsidRPr="00787FE1">
        <w:rPr>
          <w:color w:val="BEBEBE"/>
          <w:lang w:val="fr-FR"/>
        </w:rPr>
        <w:t>________________________________________________________________________________</w:t>
      </w:r>
    </w:p>
    <w:p w:rsidR="009B42D2" w:rsidRPr="00787FE1" w:rsidRDefault="00000000">
      <w:pPr>
        <w:spacing w:after="20"/>
        <w:rPr>
          <w:lang w:val="fr-FR"/>
        </w:rPr>
      </w:pPr>
      <w:r w:rsidRPr="00787FE1">
        <w:rPr>
          <w:color w:val="BEBEBE"/>
          <w:lang w:val="fr-FR"/>
        </w:rPr>
        <w:t>________________________________________________________________________________</w:t>
      </w:r>
    </w:p>
    <w:p w:rsidR="009B42D2" w:rsidRPr="00787FE1" w:rsidRDefault="00000000">
      <w:pPr>
        <w:spacing w:after="20"/>
        <w:rPr>
          <w:lang w:val="fr-FR"/>
        </w:rPr>
      </w:pPr>
      <w:r w:rsidRPr="00787FE1">
        <w:rPr>
          <w:color w:val="BEBEBE"/>
          <w:lang w:val="fr-FR"/>
        </w:rPr>
        <w:t>________________________________________________________________________________</w:t>
      </w:r>
    </w:p>
    <w:p w:rsidR="009B42D2" w:rsidRPr="00787FE1" w:rsidRDefault="00000000">
      <w:pPr>
        <w:spacing w:after="20"/>
        <w:rPr>
          <w:lang w:val="fr-FR"/>
        </w:rPr>
      </w:pPr>
      <w:r w:rsidRPr="00787FE1">
        <w:rPr>
          <w:color w:val="BEBEBE"/>
          <w:lang w:val="fr-FR"/>
        </w:rPr>
        <w:t>________________________________________________________________________________</w:t>
      </w:r>
    </w:p>
    <w:p w:rsidR="009B42D2" w:rsidRPr="00787FE1" w:rsidRDefault="00000000">
      <w:pPr>
        <w:spacing w:after="20"/>
        <w:rPr>
          <w:lang w:val="fr-FR"/>
        </w:rPr>
      </w:pPr>
      <w:r w:rsidRPr="00787FE1">
        <w:rPr>
          <w:color w:val="BEBEBE"/>
          <w:lang w:val="fr-FR"/>
        </w:rPr>
        <w:t>________________________________________________________________________________</w:t>
      </w:r>
    </w:p>
    <w:p w:rsidR="009B42D2" w:rsidRPr="00787FE1" w:rsidRDefault="00000000">
      <w:pPr>
        <w:spacing w:after="20"/>
        <w:rPr>
          <w:lang w:val="fr-FR"/>
        </w:rPr>
      </w:pPr>
      <w:r w:rsidRPr="00787FE1">
        <w:rPr>
          <w:color w:val="BEBEBE"/>
          <w:lang w:val="fr-FR"/>
        </w:rPr>
        <w:t>________________________________________________________________________________</w:t>
      </w:r>
    </w:p>
    <w:p w:rsidR="009B42D2" w:rsidRPr="00787FE1" w:rsidRDefault="00000000">
      <w:pPr>
        <w:spacing w:after="20"/>
        <w:rPr>
          <w:lang w:val="fr-FR"/>
        </w:rPr>
      </w:pPr>
      <w:r w:rsidRPr="00787FE1">
        <w:rPr>
          <w:color w:val="BEBEBE"/>
          <w:lang w:val="fr-FR"/>
        </w:rPr>
        <w:t>________________________________________________________________________________</w:t>
      </w:r>
    </w:p>
    <w:p w:rsidR="009B42D2" w:rsidRPr="00787FE1" w:rsidRDefault="00000000">
      <w:pPr>
        <w:spacing w:after="20"/>
        <w:rPr>
          <w:lang w:val="fr-FR"/>
        </w:rPr>
      </w:pPr>
      <w:r w:rsidRPr="00787FE1">
        <w:rPr>
          <w:color w:val="BEBEBE"/>
          <w:lang w:val="fr-FR"/>
        </w:rPr>
        <w:t>________________________________________________________________________________</w:t>
      </w:r>
    </w:p>
    <w:p w:rsidR="009B42D2" w:rsidRPr="00787FE1" w:rsidRDefault="00000000">
      <w:pPr>
        <w:spacing w:after="20"/>
        <w:rPr>
          <w:lang w:val="fr-FR"/>
        </w:rPr>
      </w:pPr>
      <w:r w:rsidRPr="00787FE1">
        <w:rPr>
          <w:color w:val="BEBEBE"/>
          <w:lang w:val="fr-FR"/>
        </w:rPr>
        <w:t>________________________________________________________________________________</w:t>
      </w:r>
    </w:p>
    <w:p w:rsidR="009B42D2" w:rsidRPr="00787FE1" w:rsidRDefault="00000000">
      <w:pPr>
        <w:spacing w:after="20"/>
        <w:rPr>
          <w:lang w:val="fr-FR"/>
        </w:rPr>
      </w:pPr>
      <w:r w:rsidRPr="00787FE1">
        <w:rPr>
          <w:color w:val="BEBEBE"/>
          <w:lang w:val="fr-FR"/>
        </w:rPr>
        <w:t>________________________________________________________________________________</w:t>
      </w:r>
    </w:p>
    <w:p w:rsidR="009B42D2" w:rsidRPr="00787FE1" w:rsidRDefault="00000000">
      <w:pPr>
        <w:spacing w:before="160" w:after="60"/>
        <w:rPr>
          <w:lang w:val="fr-FR"/>
        </w:rPr>
      </w:pPr>
      <w:r w:rsidRPr="00787FE1">
        <w:rPr>
          <w:b/>
          <w:color w:val="A10B68"/>
          <w:sz w:val="23"/>
          <w:lang w:val="fr-FR"/>
        </w:rPr>
        <w:t>5. PIÈCES ET ENVOI DE LA CANDIDATURE</w:t>
      </w:r>
    </w:p>
    <w:p w:rsidR="009B42D2" w:rsidRPr="00787FE1" w:rsidRDefault="00000000">
      <w:pPr>
        <w:spacing w:after="40"/>
        <w:rPr>
          <w:lang w:val="fr-FR"/>
        </w:rPr>
      </w:pPr>
      <w:r w:rsidRPr="00787FE1">
        <w:rPr>
          <w:b/>
          <w:lang w:val="fr-FR"/>
        </w:rPr>
        <w:t xml:space="preserve">À joindre : </w:t>
      </w:r>
      <w:r w:rsidRPr="00787FE1">
        <w:rPr>
          <w:lang w:val="fr-FR"/>
        </w:rPr>
        <w:t xml:space="preserve">CV du ou des </w:t>
      </w:r>
      <w:proofErr w:type="spellStart"/>
      <w:r w:rsidRPr="00787FE1">
        <w:rPr>
          <w:lang w:val="fr-FR"/>
        </w:rPr>
        <w:t>porteur·ses</w:t>
      </w:r>
      <w:proofErr w:type="spellEnd"/>
      <w:r w:rsidRPr="00787FE1">
        <w:rPr>
          <w:lang w:val="fr-FR"/>
        </w:rPr>
        <w:t xml:space="preserve"> / </w:t>
      </w:r>
      <w:proofErr w:type="spellStart"/>
      <w:r w:rsidRPr="00787FE1">
        <w:rPr>
          <w:lang w:val="fr-FR"/>
        </w:rPr>
        <w:t>co-porteur·ses</w:t>
      </w:r>
      <w:proofErr w:type="spellEnd"/>
      <w:r w:rsidRPr="00787FE1">
        <w:rPr>
          <w:lang w:val="fr-FR"/>
        </w:rPr>
        <w:t>.</w:t>
      </w:r>
    </w:p>
    <w:p w:rsidR="009B42D2" w:rsidRPr="00787FE1" w:rsidRDefault="00000000">
      <w:pPr>
        <w:spacing w:after="20"/>
        <w:rPr>
          <w:lang w:val="fr-FR"/>
        </w:rPr>
      </w:pPr>
      <w:r w:rsidRPr="00787FE1">
        <w:rPr>
          <w:b/>
          <w:color w:val="A10B68"/>
          <w:lang w:val="fr-FR"/>
        </w:rPr>
        <w:t xml:space="preserve">Date limite : </w:t>
      </w:r>
      <w:r w:rsidRPr="00787FE1">
        <w:rPr>
          <w:lang w:val="fr-FR"/>
        </w:rPr>
        <w:t xml:space="preserve">23 novembre </w:t>
      </w:r>
      <w:proofErr w:type="gramStart"/>
      <w:r w:rsidRPr="00787FE1">
        <w:rPr>
          <w:lang w:val="fr-FR"/>
        </w:rPr>
        <w:t>2026  •</w:t>
      </w:r>
      <w:proofErr w:type="gramEnd"/>
      <w:r w:rsidRPr="00787FE1">
        <w:rPr>
          <w:lang w:val="fr-FR"/>
        </w:rPr>
        <w:t xml:space="preserve">  </w:t>
      </w:r>
      <w:r w:rsidRPr="00787FE1">
        <w:rPr>
          <w:b/>
          <w:color w:val="A10B68"/>
          <w:lang w:val="fr-FR"/>
        </w:rPr>
        <w:t xml:space="preserve">Envoi : </w:t>
      </w:r>
      <w:r w:rsidRPr="00787FE1">
        <w:rPr>
          <w:lang w:val="fr-FR"/>
        </w:rPr>
        <w:t>arpege@univ-tlse2.fr</w:t>
      </w:r>
    </w:p>
    <w:p w:rsidR="009B42D2" w:rsidRPr="00787FE1" w:rsidRDefault="00000000">
      <w:pPr>
        <w:spacing w:after="0"/>
        <w:rPr>
          <w:lang w:val="fr-FR"/>
        </w:rPr>
      </w:pPr>
      <w:r w:rsidRPr="00787FE1">
        <w:rPr>
          <w:b/>
          <w:sz w:val="18"/>
          <w:lang w:val="fr-FR"/>
        </w:rPr>
        <w:t>Réponse début décembre 2026 — démarrage à la mi-janvier 2027.</w:t>
      </w:r>
    </w:p>
    <w:p w:rsidR="009B42D2" w:rsidRPr="00787FE1" w:rsidRDefault="00000000">
      <w:pPr>
        <w:spacing w:before="160" w:after="0"/>
        <w:jc w:val="center"/>
        <w:rPr>
          <w:lang w:val="fr-FR"/>
        </w:rPr>
      </w:pPr>
      <w:r w:rsidRPr="00787FE1">
        <w:rPr>
          <w:b/>
          <w:color w:val="A10B68"/>
          <w:sz w:val="20"/>
          <w:lang w:val="fr-FR"/>
        </w:rPr>
        <w:t xml:space="preserve">IMPORTANT — Le dossier de candidature doit être envoyé en un seul fichier à arpege@univ-tlse2.fr et comprendre le présent formulaire, ainsi que le CV du ou des </w:t>
      </w:r>
      <w:proofErr w:type="spellStart"/>
      <w:r w:rsidRPr="00787FE1">
        <w:rPr>
          <w:b/>
          <w:color w:val="A10B68"/>
          <w:sz w:val="20"/>
          <w:lang w:val="fr-FR"/>
        </w:rPr>
        <w:t>porteur·ses</w:t>
      </w:r>
      <w:proofErr w:type="spellEnd"/>
      <w:r w:rsidRPr="00787FE1">
        <w:rPr>
          <w:b/>
          <w:color w:val="A10B68"/>
          <w:sz w:val="20"/>
          <w:lang w:val="fr-FR"/>
        </w:rPr>
        <w:t xml:space="preserve"> / </w:t>
      </w:r>
      <w:proofErr w:type="spellStart"/>
      <w:r w:rsidRPr="00787FE1">
        <w:rPr>
          <w:b/>
          <w:color w:val="A10B68"/>
          <w:sz w:val="20"/>
          <w:lang w:val="fr-FR"/>
        </w:rPr>
        <w:t>co-porteur·ses</w:t>
      </w:r>
      <w:proofErr w:type="spellEnd"/>
      <w:r w:rsidRPr="00787FE1">
        <w:rPr>
          <w:b/>
          <w:color w:val="A10B68"/>
          <w:sz w:val="20"/>
          <w:lang w:val="fr-FR"/>
        </w:rPr>
        <w:t>.</w:t>
      </w:r>
    </w:p>
    <w:sectPr w:rsidR="009B42D2" w:rsidRPr="00787FE1" w:rsidSect="00034616">
      <w:footerReference w:type="default" r:id="rId9"/>
      <w:pgSz w:w="12240" w:h="15840"/>
      <w:pgMar w:top="648" w:right="864" w:bottom="648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22D21" w:rsidRDefault="00422D21">
      <w:pPr>
        <w:spacing w:after="0" w:line="240" w:lineRule="auto"/>
      </w:pPr>
      <w:r>
        <w:separator/>
      </w:r>
    </w:p>
  </w:endnote>
  <w:endnote w:type="continuationSeparator" w:id="0">
    <w:p w:rsidR="00422D21" w:rsidRDefault="00422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B42D2" w:rsidRPr="00787FE1" w:rsidRDefault="00000000">
    <w:pPr>
      <w:pStyle w:val="Pieddepage"/>
      <w:jc w:val="center"/>
      <w:rPr>
        <w:lang w:val="fr-FR"/>
      </w:rPr>
    </w:pPr>
    <w:r w:rsidRPr="00787FE1">
      <w:rPr>
        <w:b/>
        <w:color w:val="A10B68"/>
        <w:sz w:val="15"/>
        <w:lang w:val="fr-FR"/>
      </w:rPr>
      <w:t>ARPEGE — Institut de Recherches sur le Genre et les Sexualités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22D21" w:rsidRDefault="00422D21">
      <w:pPr>
        <w:spacing w:after="0" w:line="240" w:lineRule="auto"/>
      </w:pPr>
      <w:r>
        <w:separator/>
      </w:r>
    </w:p>
  </w:footnote>
  <w:footnote w:type="continuationSeparator" w:id="0">
    <w:p w:rsidR="00422D21" w:rsidRDefault="00422D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3685964">
    <w:abstractNumId w:val="8"/>
  </w:num>
  <w:num w:numId="2" w16cid:durableId="1299411442">
    <w:abstractNumId w:val="6"/>
  </w:num>
  <w:num w:numId="3" w16cid:durableId="2013530478">
    <w:abstractNumId w:val="5"/>
  </w:num>
  <w:num w:numId="4" w16cid:durableId="2089960279">
    <w:abstractNumId w:val="4"/>
  </w:num>
  <w:num w:numId="5" w16cid:durableId="1377851936">
    <w:abstractNumId w:val="7"/>
  </w:num>
  <w:num w:numId="6" w16cid:durableId="1804537526">
    <w:abstractNumId w:val="3"/>
  </w:num>
  <w:num w:numId="7" w16cid:durableId="580723438">
    <w:abstractNumId w:val="2"/>
  </w:num>
  <w:num w:numId="8" w16cid:durableId="1515608152">
    <w:abstractNumId w:val="1"/>
  </w:num>
  <w:num w:numId="9" w16cid:durableId="719746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22D21"/>
    <w:rsid w:val="00787FE1"/>
    <w:rsid w:val="009B42D2"/>
    <w:rsid w:val="00AA1D8D"/>
    <w:rsid w:val="00B47730"/>
    <w:rsid w:val="00CB0664"/>
    <w:rsid w:val="00CD31B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60A8F0"/>
  <w14:defaultImageDpi w14:val="300"/>
  <w15:docId w15:val="{A46C90B1-98D7-0946-842B-30ED22610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5F5F5F"/>
      <w:sz w:val="19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756</Words>
  <Characters>4351</Characters>
  <Application>Microsoft Office Word</Application>
  <DocSecurity>0</DocSecurity>
  <Lines>58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Hourya Bentouhami</cp:lastModifiedBy>
  <cp:revision>2</cp:revision>
  <dcterms:created xsi:type="dcterms:W3CDTF">2026-10-02T17:21:00Z</dcterms:created>
  <dcterms:modified xsi:type="dcterms:W3CDTF">2026-10-02T17:21:00Z</dcterms:modified>
  <cp:category/>
</cp:coreProperties>
</file>